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יסוד להיכרות ושלום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עולה חדשה בשם תמר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והיכרות עם חבר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מארצות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כולם דיברו מהר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שתמר בת ארבע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תמר עלתה לפני שלושה 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ועליתי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(מילה שאומרים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(איך מדברים, למשל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(לפגוש מישהו בפעם הראשונה)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לחוצה,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יציינו שם, גיל או מידע אישי קצר, ויציעו פעילות משותפת בצורה מנומסת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לשתי מילים מאוצר המילים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ארצות הברית, 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להצטרפות לקבוצת הריקוד וחברות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המילים החדשות בעל פה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למידה בזוגות יכולה לעזור בחלק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נקרא על תמר, עולה חדשה מארצות הברית, ונתרגל מילים חשובות להיכרות ולשלום.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ועליתי  ·  הראשון  ·  מדברים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מאיפה עלתה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שפה מדברים בבית של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תמר הייתה לחוצה בשבוע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לא הייתה לה 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כולם דיברו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היא חלתה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היא בת ארבע עשרה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עלתה לארץ לפני שלוש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מתכננת להופיע במסיבת סוף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היי, אני תמר, בת ארבע עשרה, __________ לפני שלושה חודשים מארצות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בבית אנחנו __________ אנגלית, אבל בבית הספר אני מדברת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בשבוע __________ הייתי לחוצה, כי כולם דיברו מהר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לפגוש מישהו בפעם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איך מדברים, למשל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ילד שלומד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להכיר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מילה שאומרים כשפוגשים 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לחוצה,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הייתי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הודעה קצרה לחבר חדש בכיתה: הציגו את עצמכם והציעו לעשות משהו יחד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חדשות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מאיפה עלתה תמר ואיזו שפה מדברים בביתה?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