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יסוד להיכרות ושלום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עולה חדשה בשם תמר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והיכרות עם חבר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מארצות הברית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אנגלית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כולם דיברו מהר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ילדה מהכיתה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בחזרות של קבוצת הריקוד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בטקסט שתמר בת ארבע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תמר עלתה לפני שלושה חודשים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בסוף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משתדלת לדבר רק עברית בבית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ההסבר של המילה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ועליתי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(מילה שאומרים כשפוגשים 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(ילד שלומד בבית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(איך מדברים, למשל 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(לפגוש מישהו בפעם הראשונה)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(מישהו שהגיע לגור בארץ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ו (מילה מנומסת כשמבקשים משהו)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לחוצה,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כולם דיברו מהר מאוד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יציינו שם, גיל או מידע אישי קצר, ויציעו פעילות משותפת בצורה מנומסת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לשתי מילים מאוצר המילים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ארצות הברית, אנגלית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הקשורה להצטרפות לקבוצת הריקוד וחברות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הטקסט בקול לפני הקריאה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את המילים החדשות בעל פה לפני המשימות הכתובות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למידה בזוגות יכולה לעזור בחלק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מילים פשוטות: שלום, שם, חבר. נקרא סיפור קצר על ילדה חדשה בבית 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שאומרים כשפוגשים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קוראים למישהו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תלמיד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 שלומד בבית 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שאוהבים ומבלים איתו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עולה חדש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שהגיע לגור בארץ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מדברים, למשל עברית או אנגלית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להכיר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לדעת מי זה מישהו, לפגוש בפעם הראשונה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שאומרים כשמישהו עזר לנו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מאיזו ארץ באה תמר?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מארצות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שפה מדברים בבית 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צרפתית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הפחיד את תמר בשבוע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לא הייתה לה 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כולם דיברו מהר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היא חלתה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לא אכלה ארוחת 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הזמינה את תמר לריקוד?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ילדה מהכיתה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אמא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תמר למדה מילים חדשות?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בחזרות של קבוצת הריקוד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בטלוויזיה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חברות יש לתמר?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היא בת ארבע עשרה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עלתה לארץ לפני שלוש 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מתכננת להופיע במסיבת סוף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בבית הספר תמר מדברת רק אנגלית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תודה אומרים כשמישהו עוזר 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היי, אני תמר, בת ארבע עשרה, __________ לפני שלושה חודשים מארצות הברית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בבית אנחנו __________ אנגלית, אבל בבית הספר אני מדברת 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בשבוע __________ הייתי לחוצה, כי כולם דיברו מהר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יום אחד ילדה __________ הזמינה אותי להצטרף לקבוצת הריקוד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מישהו שאוהבים ומבלים איתו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מילה שאומרים כשפוגשים מישהו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מישהו שהגיע לגור בארץ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ילד שלומד בבית 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מילה שאומרים כשפוגשים 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להכיר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איך מדברים, למשל 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עולה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לפגוש מישהו בפעם הראשונה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בבקשה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מילה מנומסת כשמבקשים משהו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דיברו מהר מאוד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לחוצה,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הייתי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הודעה קצרה לחבר חדש בכיתה: הציגו את עצמכם והציעו לעשות משהו יחד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חדשות שלמדתם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מאיפה עלתה תמר ואיזו שפה מדברים בביתה?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תמר הפסיקה להיות לחוצה בבית הספר?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היכרות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