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יסוד להיכרות ושלום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עולה חדשה בשם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והיכרות עם חבר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מארצות הברית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אנגלית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כי כולם דיברו מהר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ילדה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בחזרות של קבוצת הריקוד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בטקסט שתמר בת ארבע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תמר עלתה לפני שלושה 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בסוף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משתדלת לדבר רק עברית בבית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ההסבר של המילה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ועליתי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שאומרים כשפוגשים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(ילד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(איך מדברים, למשל עברית)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(לפגוש מישהו בפעם הראשונה)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(מישהו שהגיע לגור בארץ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(מילה מנומסת כשמבקשים משהו)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לחוצה,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כולם דיברו מהר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יציינו שם, גיל או מידע אישי קצר, ויציעו פעילות משותפת בצורה מנומסת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לשתי מילים מאוצר המילים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ארצות הברית, אנגלית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להצטרפות לקבוצת הריקוד וחברות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הטקסט בקול לפני הקריאה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את המילים החדשות בעל פה לפני המשימות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למידה בזוגות יכולה לעזור בחלק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נקרא על תמר, עולה חדשה מארצות הברית, ונתרגל מילים חשובות להיכרות ולשלום.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מאיפה עלתה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שפה מדברים בבית של תמר?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תמר הייתה לחוצה בשבוע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לא הייתה לה 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דיברו מהר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היא חלתה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לא אכלה ארוחת 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הזמינה את תמר להצטרף לקבוצת הריקוד?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ילדה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למדה תמר מילים חדשות כמו צעד וקצב?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בחזרות של קבוצת הריקוד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בטלוויזיה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חברות טובות יש לתמר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בת ארבע עשרה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עלתה לארץ לפני שלוש שנים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מתכננת להופיע במסיבת סוף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בבית הספר תמר מדברת רק אנגלית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תודה אומרים כשמישהו עוזר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היי, אני תמר, בת ארבע עשרה, __________ לפני שלושה חודשים מארצות הברית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בבית אנחנו __________ אנגלית, אבל בבית הספר אני מדברת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בשבוע __________ הייתי לחוצה, כי כולם דיברו מהר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אחד ילדה __________ הזמינה אותי להצטרף לקבוצת הריקוד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מישהו שאוהבים ומבלים איתו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מילה שאומרים כשפוגשים מישהו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שהגיע לגור בארץ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לפגוש מישהו בפעם הראשונה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מנומסת כשמבקשים משהו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להכיר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ילד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עולה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שאומרים כשפוגשים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איך מדברים, למשל עברית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לחוצה,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דיברו מהר מאוד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הודעה קצרה לחבר חדש בכיתה: הציגו את עצמכם והציעו לעשות משהו יחד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מאיפה עלתה תמר ואיזו שפה מדברים בביתה?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תמר הפסיקה להיות לחוצה בבית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